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כפר ועיר: יישובים מגוונים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רפת או רכבת תחתית? בואו לגלות מה הופך יישוב לכפר או לעיר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שאנשים גרים בו תמיד.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מושב, קיבוץ, עיירה או 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כפרי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קטן עם שדות ובתים נמוכים.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מושב עם מטעים ולולים.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עירוני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גדול עם בניינים גבוהים והרבה 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חיפה, ירושלים ותל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תבחין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 שבודקים כדי להשוות.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התושבים הוא תבחין.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תעסוקה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במה אנשים עובדים.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חקלאי, עובד מפעל, מורה או מוכרת.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איך אנשים חיים כל יום.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 מהיר בעיר, קהילה קרובה בכפר.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ויותר אנשים גרים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יותר ממחצית העולם גר בערים.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דברים שעוזרים לנו: חנויות, רופאים ובתי ספר.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חולים, קניון וספרייה.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כפר או עיר?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יישוב הוא מקום שאנשים גרים בו כל הזמן. יש יישובים קטנים מאוד. יש ערים ענקיות עם מיליוני אנשים.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בכפר גרים מעט אנשים. יש שדות, מטעים ובתים נמוכים. כולם מכירים את כולם. בעיר גרים הרבה אנשים. יש בניינים גבוהים, כבישים, חנויות ובתי חולים.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יישובים משתנים. כפר יכול לגדול. בשכונה ישנה בונים מגדלים. פעם רוב האנשים גרו בכפרים. היום רוב האנשים גרים בערים. לזה קוראים עיור.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במה אנשים עובדים.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יישוב כפרי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מקום שאנשים גרים בו תמיד.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 עירוני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מקום גדול עם בניינים גבוהים והרבה אנשים.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תבחין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יישוב קטן עם שדות ובתים נמוכים.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תעסוקה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דבר שבודקים כדי להשוות.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שירותים   ·   עיור   ·   אורח חיים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בית חולים, קניון וספרייה.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היום יותר ממחצית העולם גר בערים.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קצב מהיר בעיר, קהילה קרובה בכפר.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יש בדרך כלל סביב הבתים בכפר?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רכבת תחתית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שדות ומטעים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גורדי שחקים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נמל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איפה יש בניינים גבוהים ותנועה רבה?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בכפר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ביער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איפה כולם מכירים את כולם?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בעיר גדולה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בשדה תעופה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בכפר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בקניון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עיור?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מעבר מהעיר ליער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בניית רפת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טיול בכפר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יותר אנשים גרים בערים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היכן קל למצוא בית חולים גדול?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במטע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ברפת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היום רוב האנשים בעולם גרים בערים.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בכפר יש בדרך כלל בניינים גבוהים מאוד.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יישובים יכולים להשתנות עם הזמן.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בעיר גרים מעט מאוד אנשים.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אתם גרים בכפר או בעיר? כתבו שני סימנים לכך.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אני גר או גרה ב... כי יש...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הייתם אוהבים בחיים בכפר, ומה בעיר?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בכפר הייתי אוהב או אוהבת... בעיר...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כפר ועיר: יישובים מגוונים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דבר אחד שיש בכפר.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כתבו דבר אחד שיש בעיר.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זה עיור?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כפר ועיר: יישובים מגוונים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