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2e9d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5: יישובים כפריים ועירוניים · חוברת קטנה</w:t>
      </w:r>
    </w:p>
    <w:p>
      <w:pPr>
        <w:pStyle w:val="Title"/>
        <w:bidi w:val="1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כפר ועיר: יישובים מגוונים</w:t>
      </w:r>
    </w:p>
    <w:p>
      <w:pPr>
        <w:bidi w:val="1"/>
        <w:spacing w:after="8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🏆 מתקדם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ty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8"/>
          <w:rtl w:val="1"/>
          <w:bCs/>
          <w:szCs w:val="28"/>
        </w:rPr>
        <w:t>רפת או רכבת תחתית? בואו לגלות מה הופך יישוב לכפר או לעיר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f3eaff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שבו קבוצת בני אדם גרה יחד באופן קבוע, מכפר זעיר ועד עיר ענק.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מושב, קיבוץ, עיירה או עיר.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כפרי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קטן עם מעט תושבים, בנייה נמוכה ופזורה ושטחים פתוחים, שבעבר התבסס בעיקר על חקלאות.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מושב עם מטעים ולולים.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עירוני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גדול עם תושבים רבים, בנייה צפופה וגבוהה ותעסוקה בעיקר בתעשייה, במסחר ובשירותים.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חיפה, ירושלים ותל אביב.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תבחין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קנה מידה שלפיו בודקים ומשווים דברים, למשל גודל, תעסוקה, צפיפות ואורח חיים.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מספר התושבים הוא תבחין.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תעסוקה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סוג העבודה שבה מתפרנסים תושבי היישוב, כמו חקלאות, תעשייה, מסחר ושירותים.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חקלאי, עובד מפעל, מורה או מוכרת.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אורח חיים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הדרך שבה אנשים חיים את יום-יומם: הקצב, הקשרים בקהילה, הבילוי והשירותים שהם משתמשים בהם.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קצב מהיר בעיר, קהילה קרובה בכפר.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תהליך שבו חלק גדל והולך מהאוכלוסייה עובר לגור בערים, והערים גדלות.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היום יותר ממחצית העולם גר בערים.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שירותים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פעילויות שנותנות מענה לצורכי התושבים, כמו חינוך, בריאות, מסחר, תחבורה ובילוי.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בית חולים, קניון וספרייה.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מכפר לכרך: יישובים במבחן התבחינים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יישוב הוא מקום שבו קבוצת בני אדם גרה יחד באופן קבוע. טווח הגדלים עצום – מחווה של כמה משפחות ועד מטרופולין של עשרות מיליונים – ולכן גאוגרפים זקוקים לכלים כדי לסווג. החלוקה הבסיסית היא בין יישובים כפריים ליישובים עירוניים, והיא נעשית לפי תבחינים: מספר התושבים, מבנה התעסוקה, צורת הבנייה וצפיפותה, ואורח החיים.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כל תבחין לבדו אינו מספיק. מספר התושבים, למשל, נקבע אחרת בכל מדינה: יש מדינות שבהן יישוב של כמה אלפי תושבים כבר נחשב עיר, ויש שבהן הסף גבוה בהרבה. התעסוקה מוסיפה עומק: ביישוב כפרי מסורתי רוב התושבים עסקו בחקלאות, בעוד שבעיר רובם עובדים בתעשייה, במסחר ובשירותים. הבנייה – נמוכה ופזורה מול צפופה וגבוהה – ואורח החיים – קהילה קרובה וקצב רגוע מול אנונימיות, מגוון וקצב מהיר – משלימים את התמונה.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היום הקו בין כפר לעיר מיטשטש. ביישובים כפריים רבים בישראל רק מיעוט קטן מהתושבים עדיין חקלאים; רובם נוסעים לעבוד בעיר, והנוף משלב משק חקלאי עם בתים פרטיים מרווחים. מנגד, בערים צומחות חוות גגות וגינות קהילתיות. יישובים משתנים עם הכלכלה, התחבורה והטכנולוגיה: מפעלים נסגרים ומוסבים למרכזי קניות או לבילוי, ושכונות של בתים נמוכים מפנות מקום למגדלים.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ברמה העולמית התרחש מהפך: לפני כמאתיים שנה רוב גדול של האנושות חי בכפרים, ובסביבות שנת 2007 עבר העולם את הנקודה שבה יותר ממחצית האוכלוסייה עירונית. תהליך העיור נמשך, אך קצבו שונה: במדינות מפותחות רוב התושבים כבר עירוניים והגידול איטי, ואילו באפריקה ובחלקים מאסיה הערים גדלות במהירות רבה.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מקרה בוחן: ישראל. יותר מ-90% מתושביה גרים ביישובים עירוניים, והיא מהמדינות העירוניות בעולם. עם זאת, לצד הערים יש בה צורות יישוב כפריות ייחודיות – קיבוצים ומושבים – שהתפתחו מתוך רעיון של התיישבות חקלאית ושיתופית. רבים מהם השתנו מאוד: חלק הפכו ליישובים קהילתיים שתושביהם עובדים בעיר, ואחרים פיתחו תעשייה ותיירות. הסיפור של היישובים בישראל משקף את הסיפור העולמי של מעבר מכפר לעיר.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f3eaff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יישוב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סוג העבודה שבה מתפרנסים תושבי היישוב, כמו חקלאות, תעשייה, מסחר ושירותים.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יישוב כפרי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יישוב קטן עם מעט תושבים, בנייה נמוכה ופזורה ושטחים פתוחים, שבעבר התבסס בעיקר על חקלאות.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יישוב עירוני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תהליך שבו חלק גדל והולך מהאוכלוסייה עובר לגור בערים, והערים גדלות.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תבחין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הדרך שבה אנשים חיים את יום-יומם: הקצב, הקשרים בקהילה, הבילוי והשירותים שהם משתמשים בהם.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תעסוקה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מקום שבו קבוצת בני אדם גרה יחד באופן קבוע, מכפר זעיר ועד עיר ענק.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אורח חיים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ו. קנה מידה שלפיו בודקים ומשווים דברים, למשל גודל, תעסוקה, צפיפות ואורח חיים.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עיור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ז. פעילויות שנותנות מענה לצורכי התושבים, כמו חינוך, בריאות, מסחר, תחבורה ובילוי.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שירותים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ח. יישוב גדול עם תושבים רבים, בנייה צפופה וגבוהה ותעסוקה בעיקר בתעשייה, במסחר ובשירותים.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בית חולים, קניון וספרייה.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היום יותר ממחצית העולם גר בערים.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קצב מהיר בעיר, קהילה קרובה בכפר.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4. חקלאי, עובד מפעל, מורה או מוכרת. – זו דוגמה ל־______________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f3eaff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מדוע מספר התושבים לבדו אינו תבחין מספיק?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כל מדינה קובעת סף אחר להגדרת 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אי אפשר לספור תושבים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כל היישובים באותו גודל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כי הוא משתנה כל יום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פירוש ״הקו בין כפר לעיר מיטשטש״?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הכפרים נעלמים לגמרי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מאפיינים עירוניים וכפריים מתערבבים, כמו כפרים שתושביהם עובדים בעיר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אין יותר ערים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כל הערים הופכות לחוות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היכן קצב העיור מהיר במיוחד כיום?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במערב אירופה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בצפון אמריקה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באפריקה ובחלקים מאסיה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בכל המקומות באותה מידה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איזה מאפיין של אורח החיים העירוני מוזכר בקטע?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קהילה קרובה שבה כולם מכירים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קצב רגוע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עבודה בשדות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אנונימיות, מגוון וקצב מהיר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מייחד את צורות היישוב הכפריות בישראל?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קיבוצים ומושבים שהתפתחו מרעיון של התיישבות חקלאית ושיתופית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הן כולן ערי נמל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אין בישראל יישובים כפריים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הן נבנו כולן בעשור האחרון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בסביבות שנת 2007 עבר העולם את הנקודה שבה רוב האוכלוסייה עירונית.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ברוב היישובים הכפריים בישראל רוב התושבים עדיין חקלאים.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במדינות מפותחות העיור מהיר יותר מאשר באפריקה.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חוות גגות בערים הן דוגמה לטשטוש הקו בין כפר לעיר.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f3eaff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נתחו את היישוב שלכם לפי ארבעת התבחינים, והכריעו: כפרי, עירוני או ״באמצע״? נמקו.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האם העיור הוא תהליך חיובי? כתבו טיעון עם שני צדדים והכריעו.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מצד אחד... מצד שני... לדעתי...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השוו בין עיור במדינה מפותחת לעיור במדינה באפריקה: קצב, מצב נוכחי ואתגרים.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  <w:shd w:val="clear" w:color="auto" w:fill="FFF8DC"/>
      </w:pPr>
      <w:r>
        <w:rPr>
          <w:rFonts w:ascii="Assistant" w:hAnsi="Assistant" w:cs="Assistant"/>
          <w:b/>
          <w:color w:val="9A6B00"/>
          <w:sz w:val="26"/>
          <w:rtl w:val="1"/>
          <w:bCs/>
          <w:szCs w:val="26"/>
        </w:rPr>
        <w:t>🏆 אתגר חוקרים</w:t>
      </w:r>
    </w:p>
    <w:p>
      <w:pPr>
        <w:bidi w:val="1"/>
        <w:spacing w:after="80"/>
        <w:jc w:val="right"/>
        <w:shd w:val="clear" w:color="auto" w:fill="FFF8DC"/>
      </w:pPr>
      <w:r>
        <w:rPr>
          <w:rFonts w:ascii="Assistant" w:hAnsi="Assistant" w:cs="Assistant"/>
          <w:b w:val="0"/>
          <w:sz w:val="23"/>
          <w:rtl w:val="1"/>
          <w:szCs w:val="23"/>
        </w:rPr>
        <w:t>חקרו את ההיסטוריה של היישוב שלכם: מתי הוקם, כמה תושבים היו בו אז וכמה היום, ובמה עבדו התושבים אז והיום. הציגו בציר זמן עם שלוש נקודות, והסבירו אילו שינויים בכלכלה ובתחבורה השפיעו עליו.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🎫 כרטיס יציאה – כפר ועיר: יישובים מגוונים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מדוע תבחין אחד אינו מספיק לסיווג יישוב?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תנו דוגמה לטשטוש הקו בין כפר לעיר.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 קרה בעולם בסביבות 2007?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כפר ועיר: יישובים מגוונים – חוברת תלמיד – מתקדם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