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השלכות ההגירה והגירה פנימית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העברת כספים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בריחת מוחות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שילוב מהגרים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כלכלת בזאר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עיור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פחונים בשולי עיר גדולה שגדלה מהר.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שכונת עוני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גוש דן סביב תל אביב.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מטרופולין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משפחה שעוברת ליישוב ליד העיר ונוסעת לעבודה.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פירבור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לאן עוברים רוב המהגרים בעולם?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ממדינות עניות לעשירות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רובם מחפשים עבודה וחיים טובים במדינות עשירות.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שולחים מהגרים רבים למשפחה בבית?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כסף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הכסף עוזר למשפחה שנשארה.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זה עיור?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מעבר מהכפר לעיר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בעיור אנשים עוברים לגור בעיר.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עוזר למהגרים להרגיש בבית במקום החדש?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ללמוד את השפה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שפה עוזרת להכיר חברים ולמצוא עבודה.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קורה כשרופאים עוזבים כפר?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חסרים בו רופאים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כשהמומחים עוזבים נוצר מחסור.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מהגרים מביאים איתם אוכל ומנהגים למקום החדש.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וכך המקום נעשה מגוון יותר.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עיור הוא מעבר מהעיר לכפר.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 הוא מעבר מהכפר לעיר.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במדינות עשירות יש משפחות שעוברות לשכונות שקטות ליד העיר.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הן רוצות בית גדול ושקט.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כשמהגרים עוזבים, המשפחה בבית אף פעם לא מקבלת עזרה.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מהגרים רבים שולחים כסף ועוזרים למשפחה.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איך הייתם עוזרים לתלמיד חדש שהגיע ממדינה אחרת?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הייתי מזמינה אותו לשחק בהפסקה, מלמדת אותו מילים בעברית ומראה לו את בית הספר.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למה לדעתכם אנשים עוברים מהכפר לעיר?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הם עוברים כי בעיר יש יותר עבודה, בתי ספר ובתי חולים.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מהי העברת כספים? · מה זה עיור? · כתבו דבר אחד שמהגרים מביאים למקום החדש.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העברת כספים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בריחת מוחות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שילוב מהגרים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כלכלת בזאר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עיור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פירבור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פחונים בשולי עיר גדולה שגדלה מהר.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שכונת עוני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גוש דן סביב תל אביב.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מטרופולין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משפחה שעוברת ליישוב ליד העיר ונוסעת לעבודה.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פירבור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כפריים שעוברים לעיר בחיפוש אחר עבודה.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מהי בריחת מוחות?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הגירה של אנשים משכילים ומוכשרים מאזור המוצא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כשמומחים עוזבים נוצר מחסור במקום שעזבו.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איזו השלכה חיובית יש להגירה על אזור המוצא?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העברת כספים למשפחות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הכסף שנשלח הביתה משפר את רמת החיים.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מהי כלכלת בזאר?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עבודה לא רשמית בלי חוזה ובלי זכויות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עובדים בה בלי ביטחון ובלי הגנה.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ההבדל בין עיור לפירבור?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עיור – מהכפר לעיר; פירבור – מהעיר לשוליה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הכיוונים הפוכים: אל העיר מול אל שוליה.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מדוע מדינות עשירות בנפט קולטות עובדים רבים מחו״ל?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כי יש בהן עושר רב ומעט תושבים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הן צריכות ידיים עובדות שאין בהן מספיק.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כשצעירים עוזבים, האוכלוסייה הנתמכת באזור המוצא גדלה.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נשארים יותר ילדים וקשישים.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מהגרים תמיד עובדים בשכר גבוה במיוחד באזור היעד.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לעיתים קרובות הם עובדים בשכר נמוך.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לימוד שפה והכשרה מקצועית הם דרכים לשילוב מהגרים.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הם עוזרים למצוא עבודה ולהרגיש חלק מהחברה.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פירבור נפוץ בעיקר במדינות פחות מפותחות.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פירבור נפוץ בעיקר במדינות מפותחות.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הכינו טבלה: השלכה חיובית ושלילית אחת של ההגירה על אזור המוצא, ואחת על אזור היעד.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מוצא – חיובי: העברת כספים; שלילי: בריחת מוחות. יעד – חיובי: עובדים שממלאים מקומות עבודה ומגוון תרבותי; שלילי: צפיפות ומתחים.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הסבירו מדוע משפחות במדינות מפותחות עוברות לפרברים, ומה המחיר של המעבר.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הן עוברות כי רוצות בית גדול, שקט ושטח ירוק במחיר נמוך יותר. המחיר הוא נסיעה ארוכה לעבודה, פקקים וזיהום.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הציעו שתי דרכים שבהן בית ספר יכול לעזור לתלמידים עולים להשתלב.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שיעורי עברית בקבוצות קטנות, ו״חבר מלווה״ מהכיתה שמסביר ומזמין להפסקות ולחוגים.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השלכה אחת של בריחת מוחות. · מה ההבדל בין עיור לפירבור? · מהו מטרופולין?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העברת כספים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בריחת מוחות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שילוב מהגרים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כלכלת בזאר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עיור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פירבור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מטרופולין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שכונת עוני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פחונים בשולי עיר גדולה שגדלה מהר.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שכונת עוני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גוש דן סביב תל אביב.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מטרופולין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משפחה שעוברת ליישוב ליד העיר ונוסעת לעבודה.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פירבור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כפריים שעוברים לעיר בחיפוש אחר עבודה.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כיצד משנה יציאת הצעירים את פירמידת הגילים באזור המוצא?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האוכלוסייה הנתמכת גדלה כי נשארים ילדים וקשישים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היעדר הבוגרים מגדיל את חלקם של הנתמכים.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מדוע בריחת מוחות פוגעת במיוחד בפיתוח?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כי היא פוגעת בתחומים קריטיים כמו בריאות, הנדסה וחינוך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דווקא האנשים שמובילים פיתוח הם שעוזבים.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מדוע צומחות שכונות עוני בשולי ערים במדינות מתפתחות?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כי הערים גדלות מהר מהיכולת לספק דיור ותשתיות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קצב העיור עולה על קצב בניית התשתיות.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מהי יוממות?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נסיעה יומית בין מקום המגורים למקום העבודה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תושבי הפרברים נוסעים כל יום לעבודה בעיר.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איזה צעד הוא חלק ממדיניות שילוב לפי הקטע?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הכרה בתעודות מקצועיות של מהגרים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הכרה בתעודות מאפשרת למהגרים לעבוד במקצועם.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לפי הקטע, העברות כספים הן חלק משמעותי מהכלכלה בחלק ממדינות המוצא.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הן מקור הכנסה חיוני.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עיור ופירבור הם אותו תהליך בשני שמות.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 הוא מעבר אל העיר; פירבור הוא מעבר ממרכז העיר אל שוליה.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שאלת שילוב המהגרים נבחנת רק מנקודת המבט של המדינה.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היא נבחנת מנקודת המבט של המהגרים, של הוותיקים ושל המדינה.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מטרופולין כוללת עיר מרכזית, פרברים ויישובים קשורים.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תושביה נעים ביניהם מדי יום.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נתחו את המשפט: ״אותה הגירה יכולה להיות ברכה ובעיה בעת ובעונה אחת.״ הדגימו מאזור המוצא ומאזור היעד.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מוצא: ברכה – העברות כספים ופחות אבטלה; בעיה – בריחת מוחות וכפרים מזדקנים. יעד: ברכה – עובדים וצמיחה ומגוון; בעיה – צפיפות, פערים ועבודה לא רשמית. ההשפעה תלויה במדיניות ובהיקף.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מדינה שוקלת אם להשקיע בשילוב מהגרים או להגביל את מספרם. כתבו נייר עמדה קצר מכמה נקודות מבט והכריעו.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מהגרים: שילוב נותן הזדמנות, כבוד ועבודה במקצוע. ותיקים: חשש לעומס, אך גם תועלת מעובדים ומשירותים. מדינה: שילוב מגדיל מסים וצמיחה. המלצתי: השקעה בשילוב – שפה, הכשרה והכרה בתעודות – עם תכנון של דיור ושירותים.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עיור במדינה מתפתחת לפירבור במדינה מפותחת: כיוון התנועה, הסיבות וההשלכות על המרחב.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עיור: מהכפר לעיר; סיבות – עבודה ושירותים; השלכות – ערים צפופות ושכונות עוני. פירבור: מהעיר לשוליה; סיבות – בית גדול ושקט; השלכות – התפשטות עירונית, יוממות ופקקים.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חקרו את המטרופולין הקרוב אליכם: מפו את העיר המרכזית ושלושה פרברים או יישובים קשורים, בדקו כמה זמן נמשכת נסיעה בבוקר מכל אחד מהם לעיר, והציעו פתרון תחבורתי אחד שיקל על היוממים.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דוגמה: עיר מרכזית ושלושה יישובים במרחק 20–40 דקות בבוקר. פתרון: נתיב תחבורה ציבורית ייעודי וקו רכבת קלה שמחבר את הפרברים לאזור התעסוקה, יחד עם חניונים ליד התחנות.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השלכה חיובית ושלילית אחת על אזור המוצא. · הסבירו במשפט מהו פירבור. · מה הקשר בין עיור לשכונות עוני?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יותר ממחצית תושבי העולם גרים בערים (2018); כיום כ-57%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בשנת 1950 כשליש מאוכלוסיית העולם גר בערים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כשני שלישים מאוכלוסיית העולם צפויים לגור בערים עד 2050 (תחזית)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טוקיו היא המטרופולין הגדול בעולם לפי רוב ההערכות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מאז קום המדינה הגיעו לישראל יותר משלושה מיליון עולים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בקטר כ-9 מכל 10 תושבים אינם אזרחים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יש בעולם יותר מ-30 ערי ענק (מעל 10 מיליון)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בגוש דן כ-4 מיליון תושבים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יש מדינות שיותר רופאים שלהן עובדים בחו״ל מאשר בבית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השלכות ההגירה והגירה פנימית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