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השלכות ההגירה והגירה פנימית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מסע אחד, שני מקומות: מה משתנה במקום שעוזבים ובמקום שמגיעים?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העברת כספים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כסף שמהגרים שולחים לבני משפחתם שנשארו באזור המוצא.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 ששולח בכל חודש חלק מהשכר להוריו.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בריחת מוחות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הגירה של אנשים משכילים ומוכשרים, כמו רופאים ומהנדסים, שמשאירה מחסור באזור המוצא.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רופאים שעוזבים כפר ועוברים לחו״ל.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שילוב מהגרים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מהגרים נעשים חלק מהחברה ביעד, בעזרת לימוד שפה, הכשרה, חינוך וקבלה.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אולפן ללימוד עברית לעולים.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בזאר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עבודה לא רשמית, בלי חוזה, בלי ביטוח ובלי זכויות, כמו רוכלות ועבודות מזדמנות.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מוכר שמוכר בקבוקי מים בצומת.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חלק גדל והולך של האוכלוסייה עובר לגור בערים, והערים מתרחבות.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כפריים שעוברים לעיר בחיפוש אחר 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מעבר של תושבים מהעיר הגדולה אל יישובים ושכונות בשוליה, בעיקר במדינות מפותחות.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ליד העיר ונוסעת לעבודה.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עירוני גדול שכולל עיר מרכזית, פרברים ויישובים שתושביהם נעים ביניהם מדי יום.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גוש דן סביב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צפופה עם דיור ירוד ומחסור בשירותים כמו מים, ביוב וחשמל, בעיקר בשולי ערים גדלות.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פחונים בשולי עיר גדולה שגדלה מהר.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שני צדדים למסע אחד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רוב המהגרים בעולם עוברים ממדינות עניות למדינות עשירות, בחיפוש אחר עבודה, שכר ותנאי חיים טובים יותר. יש גם כיוונים אחרים: מומחים כמו רופאים, מהנדסים ומורים יוצאים לעיתים ממדינות מפותחות לעבוד במדינות פחות מפותחות. מדינות עשירות בנפט ודלות בתושבים קולטות עובדים רבים מחו״ל – עובדי בניין וגם מומחים.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באזור המוצא, המהגרים שולחים כסף למשפחות (העברת כספים), והאבטלה והצפיפות קטנות. אבל כשדווקא המשכילים עוזבים נוצרת בריחת מוחות – חסרים רופאים, מהנדסים ומורים. וכשהצעירים עוזבים, נשארים יותר ילדים וקשישים, והאוכלוסייה הנתמכת גדלה.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באזור היעד, המהגרים ממלאים מקומות עבודה, לעיתים בשכר נמוך, ותורמים לצמיחה ולמגוון התרבותי. לעיתים נוצרים פערים ומתחים, מהגרים רבים גרים בשכונות צפופות, וחלקם עובדים בכלכלת בזאר – עבודה לא רשמית בלי חוזה ובלי זכויות. יש מדינות שמשקיעות בשילוב – לימוד שפה, הכשרה וחינוך – ויש שמגבילות את מספר הנכנסים.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הגירה פנימית: במדינות פחות מפותחות רבים עוברים מהכפר לעיר, והערים גדלות במהירות – זהו עיור. כיום יותר ממחצית מתושבי העולם גרים בערים. במדינות מפותחות בולט גם פירבור: משפחות עוברות מהעיר אל פרברים ירוקים ושקטים ונוסעות לעבודה בעיר. העיר, הפרברים והיישובים הקשורים אליה יוצרים מטרופולין.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תהליך שבו מהגרים נעשים חלק מהחברה ביעד, בעזרת לימוד שפה, הכשרה, חינוך וקבלה.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עבודה לא רשמית, בלי חוזה, בלי ביטוח ובלי זכויות, כמו רוכלות ועבודות מזדמנות.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כסף שמהגרים שולחים לבני משפחתם שנשארו באזור המוצא.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תהליך שבו חלק גדל והולך של האוכלוסייה עובר לגור בערים, והערים מתרחבות.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מעבר של תושבים מהעיר הגדולה אל יישובים ושכונות בשוליה, בעיקר במדינות מפותחות.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פירבור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הגירה של אנשים משכילים ומוכשרים, כמו רופאים ומהנדסים, שמשאירה מחסור באזור המוצא.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מטרופולין   ·   עיור   ·   שכונת עוני   ·   פירבור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פחונים בשולי עיר גדולה שגדלה מהר.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גוש דן סביב תל אביב.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משפחה שעוברת ליישוב ליד העיר ונוסעת לעבודה.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כפריים שעוברים לעיר בחיפוש אחר עבודה.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מהי בריחת מוחות?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הגירה של אנשים משכילים ומוכשרים מאזור המוצא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שכחה של מידע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מעבר של ילדים לבית ספר אחר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מעבר מהעיר לפרבר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איזו השלכה חיובית יש להגירה על אזור המוצא?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מחסור ברופאים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גידול באוכלוסייה הנתמכת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העברת כספים למשפחות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יציאת צעירים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מהי כלכלת בזאר?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שוק מקורה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עבודה לא רשמית בלי חוזה ובלי זכויות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עבודה במפעל עם ביטוח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מסחר בין מדינות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ההבדל בין עיור לפירבור?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אין הבדל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עיור במדינות מפותחות ופירבור במדינות עניות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שניהם מעבר מהעיר לכפר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עיור – מהכפר לעיר; פירבור – מהעיר לשוליה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מדוע מדינות עשירות בנפט קולטות עובדים רבים מחו״ל?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יש בהן עושר רב ומעט תושבים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אין בהן עבודה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הן צפופות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אין בהן נפט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כשצעירים עוזבים, האוכלוסייה הנתמכת באזור המוצא גדלה.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מהגרים תמיד עובדים בשכר גבוה במיוחד באזור היעד.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לימוד שפה והכשרה מקצועית הם דרכים לשילוב מהגרים.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פירבור נפוץ בעיקר במדינות פחות מפותחות.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הכינו טבלה: השלכה חיובית ושלילית אחת של ההגירה על אזור המוצא, ואחת על אזור היעד.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הסבירו מדוע משפחות במדינות מפותחות עוברות לפרברים, ומה המחיר של המעבר.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הן עוברות כי... המחיר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הציעו שתי דרכים שבהן בית ספר יכול לעזור לתלמידים עולים להשתלב.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השלכות ההגירה והגירה פנימית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השלכה אחת של בריחת מוחות.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ההבדל בין עיור לפירבור?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מהו מטרופולין?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השלכות ההגירה והגירה פנימית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