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השלכות ההגירה והגירה פנימית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מסע אחד, שני מקומות: מה משתנה במקום שעוזבים ובמקום שמגיעים?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העברת כספים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כסף שמהגרים שולחים למשפחה בבית.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עובד ששולח בכל חודש חלק מהשכר להוריו.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בריחת מוחות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חכמים ומשכילים עוזבים את המדינה.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רופאים שעוזבים כפר ועוברים לחו״ל.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שילוב מהגרים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לעזור למהגרים להרגיש חלק מהמקום.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אולפן ללימוד עברית לעולים.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כלכלת בזאר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עבודה בלי חוזה ובלי זכויות.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מוכר שמוכר בקבוקי מים בצומת.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עוברים מהכפר לעיר.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כפריים שעוברים לעיר בחיפוש אחר 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פירבור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אנשים עוברים מהעיר לשכונות שקטות סביבה.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ליישוב ליד העיר ונוסעת לעבודה.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גדולה עם כל היישובים סביבה.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גוש דן סביב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צפופה וענייה בלי שירותים טובים.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פחונים בשולי עיר גדולה שגדלה מהר.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שני צדדים למסע אחד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רוב המהגרים עוברים ממדינות עניות למדינות עשירות. הם מחפשים עבודה וחיים טובים יותר. הרבה מהם שולחים כסף למשפחה שנשארה בבית.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כשרופאים ומהנדסים עוזבים, חסרים אנשים חשובים במקום שעזבו. במקום החדש המהגרים עובדים ומביאים אוכל, שפה ומנהגים. כדי להרגיש בבית הם לומדים את השפה החדשה.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גם מעבר בתוך המדינה. במדינות עניות אנשים עוברים מהכפר לעיר. זה נקרא עיור. במדינות עשירות משפחות עוברות מהעיר לשכונות שקטות ליד העיר.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העברת כספים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לעזור למהגרים להרגיש חלק מהמקום.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בריחת מוחות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אנשים עוברים מהכפר לעיר.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שילוב מהגרים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כסף שמהגרים שולחים למשפחה בבית.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כלכלת בזאר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אנשים חכמים ומשכילים עוזבים את המדינה.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עבודה בלי חוזה ובלי זכויות.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פירבור   ·   שכונת עוני   ·   מטרופולין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פחונים בשולי עיר גדולה שגדלה מהר.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גוש דן סביב תל אביב.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משפחה שעוברת ליישוב ליד העיר ונוסעת לעבודה.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לאן עוברים רוב המהגרים בעולם?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ממדינות עשירות לעניות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ממדינות עניות לעשירות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לאיים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למדבר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שולחים מהגרים רבים למשפחה בבית?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כסף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שלג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מכוניות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זה עיור?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מעבר מהעיר לכפר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טיול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מעבר מהכפר לעיר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בניית כביש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עוזר למהגרים להרגיש בבית במקום החדש?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לא לדבר עם אף אחד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להישאר לבד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לשכוח הכול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ללמוד את השפה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קורה כשרופאים עוזבים כפר?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יש בו יותר רופאים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חסרים בו רופאים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הכפר גדל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לא קורה כלום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מהגרים מביאים איתם אוכל ומנהגים למקום החדש.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הוא מעבר מהעיר לכפר.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במדינות עשירות יש משפחות שעוברות לשכונות שקטות ליד העיר.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כשמהגרים עוזבים, המשפחה בבית אף פעם לא מקבלת עזרה.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איך הייתם עוזרים לתלמיד חדש שהגיע ממדינה אחרת?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עוזר או עוזרת לו כי... הייתי...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למה לדעתכם אנשים עוברים מהכפר לעיר?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הם עוברים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השלכות ההגירה והגירה פנימית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מהי העברת כספים?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זה עיור?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כתבו דבר אחד שמהגרים מביאים למקום החדש.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השלכות ההגירה והגירה פנימית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